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כרטיסי דילמה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אירועים מרכזיים בהם קיבל בגין החלטות ערכיות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מתנגשים בדילמות מנהיגות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עמדה מנומקת בסוגיות היסטוריות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מניעת סכנה לאזרחי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לסגת מכל סיני ולפנות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66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 להשיב 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1983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האלטלנה הגיעה כשלושה שבועות אחרי החתימה על ההסכם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בתיאור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חלק מתוכן ההסכם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ההחלטה זכתה גם לביקורת בעולם ובישראל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בתיאור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רבים קושרים את הפרישה גם לפטירת עליזה ולמחיר מלחמת לבנון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צבא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אזרחי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תפקיד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אירוע לערך 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(ממלכתיות ואחריות ממלכתית)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(שלום ועמידה בעקרונות)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(אחריות ממלכתית ומנהיגות)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(כבוד האדם ואחריות)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(אחריות וצניעות)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אירוע האלטלנה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הסכם השלום עם מצרים ונסיגה מסיני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קליטת פליטי 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הפצצת הכור הגרעיני בעיראק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פרישת בגין מראשות הממשלה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יבחר אירוע, יזהה נכון את שני הערכים המתנגשים, ויביע עמדה עם נימוק הגיוני המבוסס על המידע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ציפייה לזיהוי קו מנחה אפשרי כמו אחריות ממלכתית, נשיאה בתוצאות החלטות, או דפוס של ריסון 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זוג ערכים מתנגשים מתוך רשימת הערכים שהופיעו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המבוסס על תוכן עובדתי מהדף ולא רק דעה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בין מושג האחריות הממלכתית לדוגמה קונקרטית מהאירועים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כל אירוע בקריאה משותפת של התיאור ואז לעבור לשאלות, כדי לוודא הבנת העובדות לפני הדיון הערכי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שהדילמות פתוחות לדעות שונות, ואין תשובה אחת נכונה בחלקים הפתוחים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לקבוצות, כל קבוצה מתמקדת באירוע אחד ומציגה לכיתה את הערכים המתנגשים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כרטיסי דילמה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על חמישה אירועים מתקופת מנהיגותו של מנחם בגין, שבהם התעוררו דילמות ערכיות בין עקרונות שונים כמו ממלכתיות, ביטחון, שלום וכבוד האדם.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אירוע האלטלנה התרחש בשנת: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1956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השיקול המרכזי של ממשלת בגין בהחלטה על הפצצת הכור בעיראק?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לחץ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מניעת סכנה לאזרחי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עם מדינה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בקשת האו״ם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בתמורה לשלום עם מצרים, ישראל התחייבה: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להישאר בסיני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לסגת מכל סיני ולפנות יישובים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לספח את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להקים בסיני בסיס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פליטים מווייטנאם נאספו על ידי ספינת סוחר ישראלית ב-1977?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בגין הורה לאנשיו באירוע האלטלנה: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להשיב מלחמה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להשיב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לברוח מהספינה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לעיתונות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בגין הודיע על פרישתו מתפקיד ראש הממשלה בשנת: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1981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האלטלנה קרה לפני שהאצ״ל חתם על הסכם השתלבות בצה״ל.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בעימות האלטלנה נהרגו 19 לוחמים.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מצרים התחייבה בהסכם השלום להכרה וליחסים מלאים עם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ההחלטה על הפצצת הכור בעיראק זכתה לתמיכה מלאה וללא ביקורת.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רבים קשרו את החלטת קליטת פליטי וייטנאם לזיכרון פליטים 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ציין סיבות בריאותיות בלבד לפרישתו, וזו הייתה הסיבה היחידה שצוינה.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העיקרון שעמד במוקד פרשת האלטלנה הוא __________ למדינה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בתמורה לנסיגה מסיני, מצרים התחייבה להכרה וליחסים __________ עם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ממשלת בגין החליטה להפציץ את הכור הגרעיני בעיראק מתוך חשש לביטחון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ספינת סוחר ישראלית אספה ב-1977 פליטים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ב-1983 בגין הודיע שאינו יכול להמשיך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אירוע לערך 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אחריות ממלכתית ומנהיגות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הסכם השלום עם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שלום ועמידה בעקרונות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הפצצת הכור בעיראק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ממלכתיות ואחריות ממלכתית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קליטת פליטי וייטנאם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אחריות וצניעות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פרישת בגין מהתפקיד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כבוד האדם ואחריות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פרישת בגין מראשות הממשלה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האלטלנה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הפצצת הכור הגרעיני בעיראק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השלום עם מצרים ונסיגה מסיני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קליטת פליטי וייטנאם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מחמשת האירועים, וכתבו פסקה קצרה: מהי הדילמה המרכזית, אילו ערכים מתנגשים, ומה דעתכם/ן המנומקת.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לדעתכם/ן יש קשר בין האירועים השונים (למשל בין פרשת האלטלנה לפרישה ב-1983)? הסבירו.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ערכים שהתנגשו באחד האירועים שלמדנו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לדעתכם ההחלטה הקשה ביותר מבין החמש,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על אחריות מנהיגותית מהדף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- כרטיסי דילמה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